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E42" w:rsidRDefault="00CA6BE3" w:rsidP="00A17E42">
      <w:pPr>
        <w:spacing w:after="0" w:line="240" w:lineRule="auto"/>
        <w:jc w:val="center"/>
        <w:rPr>
          <w:rFonts w:ascii="Palatino Linotype" w:hAnsi="Palatino Linotype"/>
          <w:b/>
          <w:i/>
          <w:color w:val="FF0000"/>
          <w:sz w:val="36"/>
          <w:szCs w:val="36"/>
        </w:rPr>
      </w:pPr>
      <w:r>
        <w:rPr>
          <w:rFonts w:ascii="Tahoma" w:hAnsi="Tahoma" w:cs="Tahoma"/>
          <w:b/>
          <w:noProof/>
          <w:color w:val="FF0000"/>
          <w:sz w:val="48"/>
          <w:szCs w:val="48"/>
        </w:rPr>
        <w:drawing>
          <wp:anchor distT="0" distB="0" distL="114300" distR="114300" simplePos="0" relativeHeight="251662848" behindDoc="0" locked="0" layoutInCell="1" allowOverlap="1" wp14:anchorId="5C5B275F" wp14:editId="30024ACB">
            <wp:simplePos x="0" y="0"/>
            <wp:positionH relativeFrom="margin">
              <wp:posOffset>90805</wp:posOffset>
            </wp:positionH>
            <wp:positionV relativeFrom="paragraph">
              <wp:posOffset>-434330</wp:posOffset>
            </wp:positionV>
            <wp:extent cx="688769" cy="660166"/>
            <wp:effectExtent l="0" t="0" r="0" b="698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0" t="4480" r="3854" b="8180"/>
                    <a:stretch/>
                  </pic:blipFill>
                  <pic:spPr bwMode="auto">
                    <a:xfrm>
                      <a:off x="0" y="0"/>
                      <a:ext cx="688769" cy="660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457EF22" wp14:editId="7C7DD333">
                <wp:simplePos x="0" y="0"/>
                <wp:positionH relativeFrom="column">
                  <wp:posOffset>0</wp:posOffset>
                </wp:positionH>
                <wp:positionV relativeFrom="paragraph">
                  <wp:posOffset>301625</wp:posOffset>
                </wp:positionV>
                <wp:extent cx="57150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6EAF29" id="Straight Connector 1" o:spid="_x0000_s1026" style="position:absolute;flip:y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3.75pt" to="450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" strokecolor="black [3213]" strokeweight="2pt"/>
            </w:pict>
          </mc:Fallback>
        </mc:AlternateContent>
      </w:r>
      <w:r w:rsidR="00377F5E" w:rsidRPr="008367E6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D35845F" wp14:editId="09243537">
                <wp:simplePos x="0" y="0"/>
                <wp:positionH relativeFrom="margin">
                  <wp:posOffset>899556</wp:posOffset>
                </wp:positionH>
                <wp:positionV relativeFrom="paragraph">
                  <wp:posOffset>-356260</wp:posOffset>
                </wp:positionV>
                <wp:extent cx="4876800" cy="581891"/>
                <wp:effectExtent l="0" t="0" r="0" b="889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0" cy="5818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7E42" w:rsidRPr="00CA6BE3" w:rsidRDefault="00A17E42" w:rsidP="00A17E42">
                            <w:pPr>
                              <w:pStyle w:val="NoSpacing1"/>
                              <w:jc w:val="right"/>
                              <w:rPr>
                                <w:rFonts w:ascii="Berlin Sans FB Demi" w:hAnsi="Berlin Sans FB Demi" w:cs="Aharoni"/>
                                <w:b/>
                                <w:noProof/>
                                <w:sz w:val="32"/>
                                <w:szCs w:val="52"/>
                              </w:rPr>
                            </w:pPr>
                            <w:r w:rsidRPr="00CA6BE3">
                              <w:rPr>
                                <w:rFonts w:ascii="Berlin Sans FB Demi" w:hAnsi="Berlin Sans FB Demi" w:cs="Aharoni"/>
                                <w:b/>
                                <w:noProof/>
                                <w:sz w:val="32"/>
                                <w:szCs w:val="52"/>
                              </w:rPr>
                              <w:t>ST. MARK’S INSTITUTE, INCORPORATED</w:t>
                            </w:r>
                          </w:p>
                          <w:p w:rsidR="00A17E42" w:rsidRPr="00CA6BE3" w:rsidRDefault="00A17E42" w:rsidP="00CA6BE3">
                            <w:pPr>
                              <w:pStyle w:val="NoSpacing"/>
                              <w:jc w:val="right"/>
                              <w:rPr>
                                <w:sz w:val="18"/>
                              </w:rPr>
                            </w:pPr>
                            <w:r w:rsidRPr="00CA6BE3">
                              <w:rPr>
                                <w:sz w:val="18"/>
                              </w:rPr>
                              <w:t xml:space="preserve">       </w:t>
                            </w:r>
                            <w:r w:rsidR="008664E7" w:rsidRPr="00CA6BE3">
                              <w:rPr>
                                <w:sz w:val="18"/>
                              </w:rPr>
                              <w:t xml:space="preserve">                       </w:t>
                            </w:r>
                            <w:proofErr w:type="spellStart"/>
                            <w:r w:rsidRPr="00CA6BE3">
                              <w:rPr>
                                <w:sz w:val="18"/>
                              </w:rPr>
                              <w:t>Casimiro</w:t>
                            </w:r>
                            <w:proofErr w:type="spellEnd"/>
                            <w:r w:rsidRPr="00CA6BE3">
                              <w:rPr>
                                <w:sz w:val="18"/>
                              </w:rPr>
                              <w:t xml:space="preserve"> Drive, </w:t>
                            </w:r>
                            <w:proofErr w:type="spellStart"/>
                            <w:r w:rsidRPr="00CA6BE3">
                              <w:rPr>
                                <w:sz w:val="18"/>
                              </w:rPr>
                              <w:t>Casimiro</w:t>
                            </w:r>
                            <w:proofErr w:type="spellEnd"/>
                            <w:r w:rsidRPr="00CA6BE3">
                              <w:rPr>
                                <w:sz w:val="18"/>
                              </w:rPr>
                              <w:t xml:space="preserve"> Village, Pamplona </w:t>
                            </w:r>
                            <w:proofErr w:type="spellStart"/>
                            <w:r w:rsidR="008664E7" w:rsidRPr="00CA6BE3">
                              <w:rPr>
                                <w:sz w:val="18"/>
                              </w:rPr>
                              <w:t>Tres</w:t>
                            </w:r>
                            <w:proofErr w:type="spellEnd"/>
                            <w:r w:rsidR="008664E7" w:rsidRPr="00CA6BE3">
                              <w:rPr>
                                <w:sz w:val="18"/>
                              </w:rPr>
                              <w:t xml:space="preserve"> Las </w:t>
                            </w:r>
                            <w:proofErr w:type="spellStart"/>
                            <w:r w:rsidR="008664E7" w:rsidRPr="00CA6BE3">
                              <w:rPr>
                                <w:sz w:val="18"/>
                              </w:rPr>
                              <w:t>Pinas</w:t>
                            </w:r>
                            <w:proofErr w:type="spellEnd"/>
                            <w:r w:rsidR="008664E7" w:rsidRPr="00CA6BE3">
                              <w:rPr>
                                <w:sz w:val="18"/>
                              </w:rPr>
                              <w:t xml:space="preserve"> City</w:t>
                            </w:r>
                          </w:p>
                          <w:p w:rsidR="008664E7" w:rsidRPr="00CA6BE3" w:rsidRDefault="008664E7" w:rsidP="00CA6BE3">
                            <w:pPr>
                              <w:pStyle w:val="NoSpacing"/>
                              <w:jc w:val="right"/>
                              <w:rPr>
                                <w:sz w:val="18"/>
                              </w:rPr>
                            </w:pPr>
                            <w:r w:rsidRPr="00CA6BE3">
                              <w:rPr>
                                <w:sz w:val="18"/>
                              </w:rPr>
                              <w:t>Contact nos. 8872-2876/8872-8489</w:t>
                            </w:r>
                          </w:p>
                          <w:p w:rsidR="00A17E42" w:rsidRPr="006E573C" w:rsidRDefault="00A17E42" w:rsidP="00A17E42">
                            <w:pPr>
                              <w:pStyle w:val="NoSpacing"/>
                            </w:pPr>
                            <w:r>
                              <w:t xml:space="preserve">                                                          </w:t>
                            </w:r>
                            <w:r w:rsidR="008664E7">
                              <w:t xml:space="preserve">                             </w:t>
                            </w:r>
                          </w:p>
                          <w:p w:rsidR="00A17E42" w:rsidRPr="009467D8" w:rsidRDefault="00A17E42" w:rsidP="00A17E42">
                            <w:pPr>
                              <w:pStyle w:val="NoSpacing1"/>
                              <w:jc w:val="right"/>
                              <w:rPr>
                                <w:rFonts w:cs="Calibri"/>
                                <w:noProof/>
                              </w:rPr>
                            </w:pPr>
                          </w:p>
                          <w:p w:rsidR="00A17E42" w:rsidRPr="009467D8" w:rsidRDefault="00A17E42" w:rsidP="00A17E42">
                            <w:pPr>
                              <w:pStyle w:val="NoSpacing1"/>
                              <w:jc w:val="right"/>
                              <w:rPr>
                                <w:rFonts w:cs="Calibri"/>
                                <w:noProof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jc w:val="right"/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right"/>
                              <w:rPr>
                                <w:rFonts w:ascii="Arial" w:eastAsia="Calibri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right"/>
                              <w:rPr>
                                <w:rFonts w:ascii="Arial" w:eastAsia="Calibri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right"/>
                              <w:rPr>
                                <w:sz w:val="36"/>
                                <w:szCs w:val="36"/>
                              </w:rPr>
                            </w:pPr>
                            <w:r w:rsidRPr="003231C4">
                              <w:rPr>
                                <w:sz w:val="36"/>
                                <w:szCs w:val="36"/>
                              </w:rPr>
                              <w:t>_____________</w:t>
                            </w: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231C4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_________</w:t>
                            </w: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231C4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_______________</w:t>
                            </w: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231C4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___________</w:t>
                            </w: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17E42" w:rsidRPr="003231C4" w:rsidRDefault="00A17E42" w:rsidP="00A17E42">
                            <w:pPr>
                              <w:pStyle w:val="NoSpacing1"/>
                              <w:jc w:val="center"/>
                              <w:rPr>
                                <w:rFonts w:ascii="Arial" w:eastAsia="Calibri" w:hAnsi="Arial" w:cs="Arial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35845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70.85pt;margin-top:-28.05pt;width:384pt;height:45.8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" stroked="f">
                <v:textbox>
                  <w:txbxContent>
                    <w:p w:rsidR="00A17E42" w:rsidRPr="00CA6BE3" w:rsidRDefault="00A17E42" w:rsidP="00A17E42">
                      <w:pPr>
                        <w:pStyle w:val="NoSpacing1"/>
                        <w:jc w:val="right"/>
                        <w:rPr>
                          <w:rFonts w:ascii="Berlin Sans FB Demi" w:hAnsi="Berlin Sans FB Demi" w:cs="Aharoni"/>
                          <w:b/>
                          <w:noProof/>
                          <w:sz w:val="32"/>
                          <w:szCs w:val="52"/>
                        </w:rPr>
                      </w:pPr>
                      <w:r w:rsidRPr="00CA6BE3">
                        <w:rPr>
                          <w:rFonts w:ascii="Berlin Sans FB Demi" w:hAnsi="Berlin Sans FB Demi" w:cs="Aharoni"/>
                          <w:b/>
                          <w:noProof/>
                          <w:sz w:val="32"/>
                          <w:szCs w:val="52"/>
                        </w:rPr>
                        <w:t>ST. MARK’S INSTITUTE, INCORPORATED</w:t>
                      </w:r>
                    </w:p>
                    <w:p w:rsidR="00A17E42" w:rsidRPr="00CA6BE3" w:rsidRDefault="00A17E42" w:rsidP="00CA6BE3">
                      <w:pPr>
                        <w:pStyle w:val="NoSpacing"/>
                        <w:jc w:val="right"/>
                        <w:rPr>
                          <w:sz w:val="18"/>
                        </w:rPr>
                      </w:pPr>
                      <w:r w:rsidRPr="00CA6BE3">
                        <w:rPr>
                          <w:sz w:val="18"/>
                        </w:rPr>
                        <w:t xml:space="preserve">       </w:t>
                      </w:r>
                      <w:r w:rsidR="008664E7" w:rsidRPr="00CA6BE3">
                        <w:rPr>
                          <w:sz w:val="18"/>
                        </w:rPr>
                        <w:t xml:space="preserve">                       </w:t>
                      </w:r>
                      <w:proofErr w:type="spellStart"/>
                      <w:r w:rsidRPr="00CA6BE3">
                        <w:rPr>
                          <w:sz w:val="18"/>
                        </w:rPr>
                        <w:t>Casimiro</w:t>
                      </w:r>
                      <w:proofErr w:type="spellEnd"/>
                      <w:r w:rsidRPr="00CA6BE3">
                        <w:rPr>
                          <w:sz w:val="18"/>
                        </w:rPr>
                        <w:t xml:space="preserve"> Drive, </w:t>
                      </w:r>
                      <w:proofErr w:type="spellStart"/>
                      <w:r w:rsidRPr="00CA6BE3">
                        <w:rPr>
                          <w:sz w:val="18"/>
                        </w:rPr>
                        <w:t>Casimiro</w:t>
                      </w:r>
                      <w:proofErr w:type="spellEnd"/>
                      <w:r w:rsidRPr="00CA6BE3">
                        <w:rPr>
                          <w:sz w:val="18"/>
                        </w:rPr>
                        <w:t xml:space="preserve"> Village, Pamplona </w:t>
                      </w:r>
                      <w:proofErr w:type="spellStart"/>
                      <w:r w:rsidR="008664E7" w:rsidRPr="00CA6BE3">
                        <w:rPr>
                          <w:sz w:val="18"/>
                        </w:rPr>
                        <w:t>Tres</w:t>
                      </w:r>
                      <w:proofErr w:type="spellEnd"/>
                      <w:r w:rsidR="008664E7" w:rsidRPr="00CA6BE3">
                        <w:rPr>
                          <w:sz w:val="18"/>
                        </w:rPr>
                        <w:t xml:space="preserve"> Las </w:t>
                      </w:r>
                      <w:proofErr w:type="spellStart"/>
                      <w:r w:rsidR="008664E7" w:rsidRPr="00CA6BE3">
                        <w:rPr>
                          <w:sz w:val="18"/>
                        </w:rPr>
                        <w:t>Pinas</w:t>
                      </w:r>
                      <w:proofErr w:type="spellEnd"/>
                      <w:r w:rsidR="008664E7" w:rsidRPr="00CA6BE3">
                        <w:rPr>
                          <w:sz w:val="18"/>
                        </w:rPr>
                        <w:t xml:space="preserve"> City</w:t>
                      </w:r>
                    </w:p>
                    <w:p w:rsidR="008664E7" w:rsidRPr="00CA6BE3" w:rsidRDefault="008664E7" w:rsidP="00CA6BE3">
                      <w:pPr>
                        <w:pStyle w:val="NoSpacing"/>
                        <w:jc w:val="right"/>
                        <w:rPr>
                          <w:sz w:val="18"/>
                        </w:rPr>
                      </w:pPr>
                      <w:r w:rsidRPr="00CA6BE3">
                        <w:rPr>
                          <w:sz w:val="18"/>
                        </w:rPr>
                        <w:t>Contact nos. 8872-2876/8872-8489</w:t>
                      </w:r>
                    </w:p>
                    <w:p w:rsidR="00A17E42" w:rsidRPr="006E573C" w:rsidRDefault="00A17E42" w:rsidP="00A17E42">
                      <w:pPr>
                        <w:pStyle w:val="NoSpacing"/>
                      </w:pPr>
                      <w:r>
                        <w:t xml:space="preserve">                                                          </w:t>
                      </w:r>
                      <w:r w:rsidR="008664E7">
                        <w:t xml:space="preserve">                             </w:t>
                      </w:r>
                    </w:p>
                    <w:p w:rsidR="00A17E42" w:rsidRPr="009467D8" w:rsidRDefault="00A17E42" w:rsidP="00A17E42">
                      <w:pPr>
                        <w:pStyle w:val="NoSpacing1"/>
                        <w:jc w:val="right"/>
                        <w:rPr>
                          <w:rFonts w:cs="Calibri"/>
                          <w:noProof/>
                        </w:rPr>
                      </w:pPr>
                    </w:p>
                    <w:p w:rsidR="00A17E42" w:rsidRPr="009467D8" w:rsidRDefault="00A17E42" w:rsidP="00A17E42">
                      <w:pPr>
                        <w:pStyle w:val="NoSpacing1"/>
                        <w:jc w:val="right"/>
                        <w:rPr>
                          <w:rFonts w:cs="Calibri"/>
                          <w:noProof/>
                        </w:rPr>
                      </w:pPr>
                    </w:p>
                    <w:p w:rsidR="00A17E42" w:rsidRPr="003231C4" w:rsidRDefault="00A17E42" w:rsidP="00A17E42">
                      <w:pPr>
                        <w:jc w:val="right"/>
                        <w:rPr>
                          <w:rFonts w:ascii="Palatino Linotype" w:hAnsi="Palatino Linotype"/>
                          <w:b/>
                          <w:color w:val="FF0000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right"/>
                        <w:rPr>
                          <w:rFonts w:ascii="Arial" w:eastAsia="Calibri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right"/>
                        <w:rPr>
                          <w:rFonts w:ascii="Arial" w:eastAsia="Calibri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right"/>
                        <w:rPr>
                          <w:sz w:val="36"/>
                          <w:szCs w:val="36"/>
                        </w:rPr>
                      </w:pPr>
                      <w:r w:rsidRPr="003231C4">
                        <w:rPr>
                          <w:sz w:val="36"/>
                          <w:szCs w:val="36"/>
                        </w:rPr>
                        <w:t>_____________</w:t>
                      </w: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231C4">
                        <w:rPr>
                          <w:rFonts w:ascii="Arial" w:hAnsi="Arial" w:cs="Arial"/>
                          <w:sz w:val="36"/>
                          <w:szCs w:val="36"/>
                        </w:rPr>
                        <w:t>_________</w:t>
                      </w: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231C4">
                        <w:rPr>
                          <w:rFonts w:ascii="Arial" w:hAnsi="Arial" w:cs="Arial"/>
                          <w:sz w:val="36"/>
                          <w:szCs w:val="36"/>
                        </w:rPr>
                        <w:t>_______________</w:t>
                      </w: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231C4">
                        <w:rPr>
                          <w:rFonts w:ascii="Arial" w:hAnsi="Arial" w:cs="Arial"/>
                          <w:sz w:val="36"/>
                          <w:szCs w:val="36"/>
                        </w:rPr>
                        <w:t>___________</w:t>
                      </w: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17E42" w:rsidRPr="003231C4" w:rsidRDefault="00A17E42" w:rsidP="00A17E42">
                      <w:pPr>
                        <w:pStyle w:val="NoSpacing1"/>
                        <w:jc w:val="center"/>
                        <w:rPr>
                          <w:rFonts w:ascii="Arial" w:eastAsia="Calibri" w:hAnsi="Arial" w:cs="Arial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77F5E" w:rsidRDefault="00377F5E" w:rsidP="00835DB2">
      <w:pPr>
        <w:pStyle w:val="NoSpacing"/>
      </w:pPr>
      <w:r>
        <w:br/>
      </w:r>
      <w:r w:rsidRPr="00377F5E">
        <w:t xml:space="preserve">NOTICE AND ACKNOWLEDGMENT OF FINANCIAL HARDSHIP ACCOMMODATION INFORMATION </w:t>
      </w:r>
      <w:r>
        <w:br/>
        <w:t>(For School Records)</w:t>
      </w:r>
    </w:p>
    <w:p w:rsidR="00CA6BE3" w:rsidRDefault="00CA6BE3" w:rsidP="00CA6BE3">
      <w:pPr>
        <w:pStyle w:val="NoSpacing"/>
        <w:jc w:val="center"/>
      </w:pPr>
    </w:p>
    <w:p w:rsidR="00E92DDF" w:rsidRDefault="00377F5E" w:rsidP="00CA6BE3">
      <w:pPr>
        <w:pStyle w:val="NoSpacing"/>
      </w:pPr>
      <w:r>
        <w:t>Student Name: _______________________________________________</w:t>
      </w:r>
      <w:bookmarkStart w:id="0" w:name="_GoBack"/>
      <w:bookmarkEnd w:id="0"/>
    </w:p>
    <w:p w:rsidR="00E92DDF" w:rsidRDefault="00377F5E" w:rsidP="00CA6BE3">
      <w:pPr>
        <w:pStyle w:val="NoSpacing"/>
      </w:pPr>
      <w:r>
        <w:t>Grade &amp; Section: _____________________________________________</w:t>
      </w:r>
    </w:p>
    <w:p w:rsidR="00E92DDF" w:rsidRDefault="00377F5E" w:rsidP="00CA6BE3">
      <w:pPr>
        <w:pStyle w:val="NoSpacing"/>
      </w:pPr>
      <w:r>
        <w:t>Parent/Guardian Name: _______</w:t>
      </w:r>
      <w:r w:rsidR="00CA6BE3">
        <w:t>______________________________</w:t>
      </w:r>
    </w:p>
    <w:p w:rsidR="00CA6BE3" w:rsidRDefault="00CA6BE3" w:rsidP="00CA6BE3">
      <w:pPr>
        <w:pStyle w:val="NoSpacing"/>
      </w:pPr>
    </w:p>
    <w:p w:rsidR="00E92DDF" w:rsidRDefault="00377F5E" w:rsidP="00CA6BE3">
      <w:pPr>
        <w:pStyle w:val="NoSpacing"/>
      </w:pPr>
      <w:r>
        <w:t>As part of the school's commitment to keeping parents informed of their rights and responsibilities, I acknowledge that I have received information regarding Republic Act No. 11984 (No Permit, No Exam Prohibition Act).</w:t>
      </w:r>
    </w:p>
    <w:p w:rsidR="00CA6BE3" w:rsidRDefault="00CA6BE3" w:rsidP="00CA6BE3">
      <w:pPr>
        <w:pStyle w:val="NoSpacing"/>
      </w:pPr>
    </w:p>
    <w:p w:rsidR="00E92DDF" w:rsidRDefault="00377F5E" w:rsidP="00CA6BE3">
      <w:pPr>
        <w:pStyle w:val="NoSpacing"/>
        <w:numPr>
          <w:ilvl w:val="0"/>
          <w:numId w:val="10"/>
        </w:numPr>
      </w:pPr>
      <w:r>
        <w:t>Parents or guardians experiencing financial hardship due to loss of income, illness, calamity, emergency, or similar circumstances may inquire with the appropriate City/Municipal Social Welfare and Development Office (CSWDO/MSWDO) or the Department of Social Welfare and Development (DSWD) regarding certifications that may qualify them for accommodations under applicable laws and regulations.</w:t>
      </w:r>
    </w:p>
    <w:p w:rsidR="00E92DDF" w:rsidRDefault="00377F5E" w:rsidP="00CA6BE3">
      <w:pPr>
        <w:pStyle w:val="NoSpacing"/>
        <w:numPr>
          <w:ilvl w:val="0"/>
          <w:numId w:val="10"/>
        </w:numPr>
      </w:pPr>
      <w:r>
        <w:t>St. Mark's Institute does not determine eligibility for such certifications and does not issue such certifications.</w:t>
      </w:r>
    </w:p>
    <w:p w:rsidR="00E92DDF" w:rsidRDefault="00377F5E" w:rsidP="00CA6BE3">
      <w:pPr>
        <w:pStyle w:val="NoSpacing"/>
        <w:numPr>
          <w:ilvl w:val="0"/>
          <w:numId w:val="10"/>
        </w:numPr>
      </w:pPr>
      <w:r>
        <w:t>It is the responsibility of the parent or guardian to obtain and submit any required certification and supporting documents.</w:t>
      </w:r>
    </w:p>
    <w:p w:rsidR="00E92DDF" w:rsidRDefault="00377F5E" w:rsidP="00CA6BE3">
      <w:pPr>
        <w:pStyle w:val="NoSpacing"/>
        <w:numPr>
          <w:ilvl w:val="0"/>
          <w:numId w:val="10"/>
        </w:numPr>
      </w:pPr>
      <w:r>
        <w:t>Receipt of this notice does not automatically qualify a student for any accommodation under Republic Act No. 11984.</w:t>
      </w:r>
    </w:p>
    <w:p w:rsidR="00E92DDF" w:rsidRDefault="00377F5E" w:rsidP="00CA6BE3">
      <w:pPr>
        <w:pStyle w:val="NoSpacing"/>
        <w:numPr>
          <w:ilvl w:val="0"/>
          <w:numId w:val="10"/>
        </w:numPr>
      </w:pPr>
      <w:r>
        <w:t>Parents or guardians are encouraged to communicate any financial concerns to the school as early as possible.</w:t>
      </w:r>
    </w:p>
    <w:p w:rsidR="00CA6BE3" w:rsidRDefault="00377F5E" w:rsidP="00CA6BE3">
      <w:pPr>
        <w:pStyle w:val="NoSpacing"/>
      </w:pPr>
      <w:r>
        <w:br/>
        <w:t>I have read and understood the information stated above.</w:t>
      </w:r>
    </w:p>
    <w:p w:rsidR="00E92DDF" w:rsidRDefault="00377F5E" w:rsidP="00CA6BE3">
      <w:pPr>
        <w:pStyle w:val="NoSpacing"/>
      </w:pPr>
      <w:r>
        <w:br/>
        <w:t>Parent/Guardian Signature: _________________________________</w:t>
      </w:r>
    </w:p>
    <w:p w:rsidR="00E92DDF" w:rsidRDefault="00377F5E" w:rsidP="00CA6BE3">
      <w:pPr>
        <w:pStyle w:val="NoSpacing"/>
      </w:pPr>
      <w:r>
        <w:t>Date: ______________________</w:t>
      </w:r>
    </w:p>
    <w:p w:rsidR="00E92DDF" w:rsidRDefault="00377F5E" w:rsidP="00CA6BE3">
      <w:pPr>
        <w:pStyle w:val="NoSpacing"/>
      </w:pPr>
      <w:r>
        <w:br/>
        <w:t>=================================================================</w:t>
      </w:r>
    </w:p>
    <w:p w:rsidR="00E92DDF" w:rsidRDefault="00377F5E" w:rsidP="00CA6BE3">
      <w:pPr>
        <w:pStyle w:val="NoSpacing"/>
      </w:pPr>
      <w:r>
        <w:t>DETACH HERE</w:t>
      </w:r>
    </w:p>
    <w:p w:rsidR="00E92DDF" w:rsidRDefault="00377F5E" w:rsidP="00CA6BE3">
      <w:pPr>
        <w:pStyle w:val="NoSpacing"/>
      </w:pPr>
      <w:r>
        <w:t>=================================================================</w:t>
      </w:r>
    </w:p>
    <w:p w:rsidR="00E92DDF" w:rsidRDefault="00377F5E" w:rsidP="00CA6BE3">
      <w:pPr>
        <w:pStyle w:val="NoSpacing1"/>
      </w:pPr>
      <w:r>
        <w:t>KEEP THIS PORTION FOR YOUR REFERENCE</w:t>
      </w:r>
      <w:r>
        <w:br/>
      </w:r>
      <w:r>
        <w:br/>
        <w:t>IMPORTANT INFORMATION FOR PARENTS AND GUARDIANS</w:t>
      </w:r>
    </w:p>
    <w:p w:rsidR="00E92DDF" w:rsidRDefault="00377F5E" w:rsidP="00CA6BE3">
      <w:pPr>
        <w:pStyle w:val="NoSpacing1"/>
      </w:pPr>
      <w:r>
        <w:t>Republic Act No. 11984 (No Permit, No Exam Prohibition Act) provides certain protections for qualified students experiencing financial hardship.</w:t>
      </w:r>
    </w:p>
    <w:p w:rsidR="00CA6BE3" w:rsidRPr="00CA6BE3" w:rsidRDefault="00CA6BE3" w:rsidP="00CA6BE3">
      <w:pPr>
        <w:pStyle w:val="NoSpacing"/>
      </w:pPr>
    </w:p>
    <w:p w:rsidR="00E92DDF" w:rsidRDefault="00377F5E" w:rsidP="00CA6BE3">
      <w:pPr>
        <w:pStyle w:val="NoSpacing"/>
      </w:pPr>
      <w:r>
        <w:t>Parents or guardians who are experiencing financial hardship due to loss of income, illness, calamity, emergency, or similar circumstances may inquire with their local City/Municipal Social Welfare and Development Office (CSWDO/MSWDO) or the Department of Social Welfare and Development (DSWD) regarding certifications that may qualify them for accommodations under applicable laws and regulations.</w:t>
      </w:r>
    </w:p>
    <w:p w:rsidR="00CA6BE3" w:rsidRDefault="00CA6BE3" w:rsidP="00CA6BE3">
      <w:pPr>
        <w:pStyle w:val="NoSpacing"/>
      </w:pPr>
    </w:p>
    <w:p w:rsidR="00E92DDF" w:rsidRDefault="00377F5E" w:rsidP="00CA6BE3">
      <w:pPr>
        <w:pStyle w:val="NoSpacing"/>
        <w:numPr>
          <w:ilvl w:val="0"/>
          <w:numId w:val="12"/>
        </w:numPr>
      </w:pPr>
      <w:r>
        <w:t>The school does not determine eligibility for these certifications.</w:t>
      </w:r>
    </w:p>
    <w:p w:rsidR="00E92DDF" w:rsidRDefault="00377F5E" w:rsidP="00CA6BE3">
      <w:pPr>
        <w:pStyle w:val="NoSpacing"/>
        <w:numPr>
          <w:ilvl w:val="0"/>
          <w:numId w:val="12"/>
        </w:numPr>
      </w:pPr>
      <w:r>
        <w:t>The school does not issue these certifications.</w:t>
      </w:r>
    </w:p>
    <w:p w:rsidR="00E92DDF" w:rsidRDefault="00377F5E" w:rsidP="00CA6BE3">
      <w:pPr>
        <w:pStyle w:val="NoSpacing"/>
        <w:numPr>
          <w:ilvl w:val="0"/>
          <w:numId w:val="12"/>
        </w:numPr>
      </w:pPr>
      <w:r>
        <w:t>Parents or guardians are responsible for obtaining and submitting any required certifications and supporting documents.</w:t>
      </w:r>
    </w:p>
    <w:p w:rsidR="00E92DDF" w:rsidRDefault="00377F5E" w:rsidP="00CA6BE3">
      <w:pPr>
        <w:pStyle w:val="NoSpacing"/>
        <w:numPr>
          <w:ilvl w:val="0"/>
          <w:numId w:val="12"/>
        </w:numPr>
      </w:pPr>
      <w:r>
        <w:t>Parents are encouraged to communicate financial concerns to the school as early as possible.</w:t>
      </w:r>
    </w:p>
    <w:p w:rsidR="00CA6BE3" w:rsidRDefault="00CA6BE3" w:rsidP="00CA6BE3">
      <w:pPr>
        <w:pStyle w:val="NoSpacing"/>
        <w:ind w:left="720"/>
      </w:pPr>
    </w:p>
    <w:p w:rsidR="00E92DDF" w:rsidRDefault="00377F5E" w:rsidP="00CA6BE3">
      <w:pPr>
        <w:pStyle w:val="NoSpacing"/>
      </w:pPr>
      <w:r>
        <w:t>For questions regarding school payment arrangements, please visit the Accounting Office during regular office hours.</w:t>
      </w:r>
    </w:p>
    <w:p w:rsidR="00835DB2" w:rsidRDefault="00835DB2" w:rsidP="00CA6BE3">
      <w:pPr>
        <w:pStyle w:val="NoSpacing"/>
      </w:pPr>
    </w:p>
    <w:p w:rsidR="00E92DDF" w:rsidRDefault="00377F5E" w:rsidP="00377F5E">
      <w:pPr>
        <w:jc w:val="both"/>
      </w:pPr>
      <w:r>
        <w:t>Thank you for your continued partnership with St. Mark's Institute.</w:t>
      </w:r>
    </w:p>
    <w:sectPr w:rsidR="00E92DDF" w:rsidSect="00CA6BE3">
      <w:pgSz w:w="11520" w:h="18720" w:code="5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5264FD4"/>
    <w:multiLevelType w:val="hybridMultilevel"/>
    <w:tmpl w:val="FBC2CB16"/>
    <w:lvl w:ilvl="0" w:tplc="19E496F6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F86E72"/>
    <w:multiLevelType w:val="hybridMultilevel"/>
    <w:tmpl w:val="9A9AA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224A0E"/>
    <w:multiLevelType w:val="hybridMultilevel"/>
    <w:tmpl w:val="90DE2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77F5E"/>
    <w:rsid w:val="00835DB2"/>
    <w:rsid w:val="008664E7"/>
    <w:rsid w:val="00A17E42"/>
    <w:rsid w:val="00AA1D8D"/>
    <w:rsid w:val="00B47730"/>
    <w:rsid w:val="00CA6BE3"/>
    <w:rsid w:val="00CB0664"/>
    <w:rsid w:val="00D92A7E"/>
    <w:rsid w:val="00E92DDF"/>
    <w:rsid w:val="00F93C6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91E2CCFD-F75F-48C4-8B41-A490915B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NoSpacing1">
    <w:name w:val="No Spacing1"/>
    <w:next w:val="NoSpacing"/>
    <w:uiPriority w:val="1"/>
    <w:qFormat/>
    <w:rsid w:val="00A17E42"/>
    <w:pPr>
      <w:spacing w:after="0" w:line="240" w:lineRule="auto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3BC413-C9A4-4018-BFA3-5A645AC61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2807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SMI</cp:lastModifiedBy>
  <cp:revision>4</cp:revision>
  <dcterms:created xsi:type="dcterms:W3CDTF">2026-06-02T05:58:00Z</dcterms:created>
  <dcterms:modified xsi:type="dcterms:W3CDTF">2026-06-02T09:37:00Z</dcterms:modified>
  <cp:category/>
</cp:coreProperties>
</file>